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743D3" w14:textId="23FC1015" w:rsidR="007D3769" w:rsidRDefault="00000000" w:rsidP="007D3769">
      <w:pPr>
        <w:spacing w:before="160" w:after="0" w:line="240" w:lineRule="auto"/>
        <w:jc w:val="center"/>
        <w:rPr>
          <w:b/>
          <w:sz w:val="36"/>
        </w:rPr>
      </w:pPr>
      <w:r>
        <w:rPr>
          <w:b/>
          <w:sz w:val="36"/>
        </w:rPr>
        <w:t xml:space="preserve">ŽÁDOST </w:t>
      </w:r>
      <w:r w:rsidR="007D3769">
        <w:rPr>
          <w:b/>
          <w:sz w:val="36"/>
        </w:rPr>
        <w:t xml:space="preserve">O ÚPRAVU STUDIA PŘI </w:t>
      </w:r>
    </w:p>
    <w:p w14:paraId="428B99A3" w14:textId="1ECA71AA" w:rsidR="008673F7" w:rsidRDefault="007D3769" w:rsidP="007D3769">
      <w:pPr>
        <w:spacing w:before="160" w:after="80" w:line="240" w:lineRule="auto"/>
        <w:jc w:val="center"/>
      </w:pPr>
      <w:r>
        <w:rPr>
          <w:b/>
          <w:sz w:val="36"/>
        </w:rPr>
        <w:t>INTENZIVNÍ SPORTOVNÍ VYTÍŽENOSTI</w:t>
      </w:r>
    </w:p>
    <w:p w14:paraId="0091C79A" w14:textId="77777777" w:rsidR="008673F7" w:rsidRDefault="00000000" w:rsidP="007D3769">
      <w:pPr>
        <w:spacing w:after="80"/>
        <w:ind w:left="5760" w:firstLine="720"/>
        <w:jc w:val="center"/>
      </w:pPr>
      <w:r>
        <w:rPr>
          <w:b/>
          <w:sz w:val="14"/>
        </w:rPr>
        <w:t xml:space="preserve">* </w:t>
      </w:r>
      <w:proofErr w:type="spellStart"/>
      <w:r>
        <w:rPr>
          <w:b/>
          <w:sz w:val="14"/>
        </w:rPr>
        <w:t>Žadatel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vyplní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podbarvená</w:t>
      </w:r>
      <w:proofErr w:type="spellEnd"/>
      <w:r>
        <w:rPr>
          <w:b/>
          <w:sz w:val="14"/>
        </w:rPr>
        <w:t xml:space="preserve"> pole.</w:t>
      </w:r>
    </w:p>
    <w:p w14:paraId="73A31A10" w14:textId="77777777" w:rsidR="008673F7" w:rsidRPr="007D3769" w:rsidRDefault="00000000">
      <w:pPr>
        <w:spacing w:before="60" w:after="20"/>
        <w:rPr>
          <w:sz w:val="22"/>
          <w:szCs w:val="28"/>
        </w:rPr>
      </w:pPr>
      <w:proofErr w:type="spellStart"/>
      <w:r w:rsidRPr="007D3769">
        <w:rPr>
          <w:b/>
          <w:sz w:val="22"/>
          <w:szCs w:val="28"/>
        </w:rPr>
        <w:t>Žák</w:t>
      </w:r>
      <w:proofErr w:type="spellEnd"/>
      <w:r w:rsidRPr="007D3769">
        <w:rPr>
          <w:b/>
          <w:sz w:val="22"/>
          <w:szCs w:val="28"/>
        </w:rPr>
        <w:t xml:space="preserve"> / </w:t>
      </w:r>
      <w:proofErr w:type="spellStart"/>
      <w:r w:rsidRPr="007D3769">
        <w:rPr>
          <w:b/>
          <w:sz w:val="22"/>
          <w:szCs w:val="28"/>
        </w:rPr>
        <w:t>žákyně</w:t>
      </w:r>
      <w:proofErr w:type="spellEnd"/>
    </w:p>
    <w:tbl>
      <w:tblPr>
        <w:tblW w:w="0" w:type="auto"/>
        <w:tblBorders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  <w:insideH w:val="single" w:sz="10" w:space="0" w:color="000000"/>
          <w:insideV w:val="single" w:sz="1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3855"/>
        <w:gridCol w:w="1701"/>
        <w:gridCol w:w="2835"/>
      </w:tblGrid>
      <w:tr w:rsidR="008673F7" w14:paraId="72EA3AAB" w14:textId="77777777" w:rsidTr="007D3769">
        <w:trPr>
          <w:trHeight w:val="408"/>
        </w:trPr>
        <w:tc>
          <w:tcPr>
            <w:tcW w:w="187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2BBDB7" w14:textId="77777777" w:rsidR="008673F7" w:rsidRDefault="00000000">
            <w:pPr>
              <w:spacing w:after="0"/>
            </w:pPr>
            <w:proofErr w:type="spellStart"/>
            <w:r>
              <w:rPr>
                <w:b/>
              </w:rPr>
              <w:t>Jméno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příjmení</w:t>
            </w:r>
            <w:proofErr w:type="spellEnd"/>
          </w:p>
        </w:tc>
        <w:tc>
          <w:tcPr>
            <w:tcW w:w="3855" w:type="dxa"/>
            <w:shd w:val="clear" w:color="auto" w:fill="D9EAD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19FC0F" w14:textId="77777777" w:rsidR="008673F7" w:rsidRDefault="008673F7">
            <w:pPr>
              <w:spacing w:after="0"/>
            </w:pPr>
          </w:p>
        </w:tc>
        <w:tc>
          <w:tcPr>
            <w:tcW w:w="170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E7987B" w14:textId="77777777" w:rsidR="008673F7" w:rsidRDefault="00000000">
            <w:pPr>
              <w:spacing w:after="0"/>
            </w:pPr>
            <w:r>
              <w:rPr>
                <w:b/>
              </w:rPr>
              <w:t>Třída</w:t>
            </w:r>
          </w:p>
        </w:tc>
        <w:tc>
          <w:tcPr>
            <w:tcW w:w="2835" w:type="dxa"/>
            <w:shd w:val="clear" w:color="auto" w:fill="D9EAD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D14FAB" w14:textId="77777777" w:rsidR="008673F7" w:rsidRDefault="008673F7">
            <w:pPr>
              <w:spacing w:after="0"/>
            </w:pPr>
          </w:p>
        </w:tc>
      </w:tr>
      <w:tr w:rsidR="008673F7" w14:paraId="7A328161" w14:textId="77777777" w:rsidTr="007D3769">
        <w:trPr>
          <w:trHeight w:val="408"/>
        </w:trPr>
        <w:tc>
          <w:tcPr>
            <w:tcW w:w="187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D9B360" w14:textId="77777777" w:rsidR="008673F7" w:rsidRDefault="00000000">
            <w:pPr>
              <w:spacing w:after="0"/>
            </w:pPr>
            <w:r>
              <w:rPr>
                <w:b/>
              </w:rPr>
              <w:t>Adresa</w:t>
            </w:r>
          </w:p>
        </w:tc>
        <w:tc>
          <w:tcPr>
            <w:tcW w:w="8391" w:type="dxa"/>
            <w:gridSpan w:val="3"/>
            <w:shd w:val="clear" w:color="auto" w:fill="D9EAD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C32A17" w14:textId="77777777" w:rsidR="008673F7" w:rsidRDefault="008673F7">
            <w:pPr>
              <w:spacing w:after="0"/>
            </w:pPr>
          </w:p>
        </w:tc>
      </w:tr>
    </w:tbl>
    <w:p w14:paraId="3CC8D096" w14:textId="77777777" w:rsidR="008673F7" w:rsidRPr="007D3769" w:rsidRDefault="00000000">
      <w:pPr>
        <w:spacing w:before="60" w:after="20"/>
        <w:rPr>
          <w:sz w:val="22"/>
          <w:szCs w:val="28"/>
        </w:rPr>
      </w:pPr>
      <w:proofErr w:type="spellStart"/>
      <w:r w:rsidRPr="007D3769">
        <w:rPr>
          <w:b/>
          <w:sz w:val="22"/>
          <w:szCs w:val="28"/>
        </w:rPr>
        <w:t>Zákonný</w:t>
      </w:r>
      <w:proofErr w:type="spellEnd"/>
      <w:r w:rsidRPr="007D3769">
        <w:rPr>
          <w:b/>
          <w:sz w:val="22"/>
          <w:szCs w:val="28"/>
        </w:rPr>
        <w:t xml:space="preserve"> </w:t>
      </w:r>
      <w:proofErr w:type="spellStart"/>
      <w:r w:rsidRPr="007D3769">
        <w:rPr>
          <w:b/>
          <w:sz w:val="22"/>
          <w:szCs w:val="28"/>
        </w:rPr>
        <w:t>zástupce</w:t>
      </w:r>
      <w:proofErr w:type="spellEnd"/>
      <w:r w:rsidRPr="007D3769">
        <w:rPr>
          <w:b/>
          <w:sz w:val="22"/>
          <w:szCs w:val="28"/>
        </w:rPr>
        <w:t xml:space="preserve"> </w:t>
      </w:r>
      <w:proofErr w:type="spellStart"/>
      <w:r w:rsidRPr="007D3769">
        <w:rPr>
          <w:b/>
          <w:sz w:val="22"/>
          <w:szCs w:val="28"/>
        </w:rPr>
        <w:t>žáka</w:t>
      </w:r>
      <w:proofErr w:type="spellEnd"/>
    </w:p>
    <w:tbl>
      <w:tblPr>
        <w:tblW w:w="0" w:type="auto"/>
        <w:tblBorders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  <w:insideH w:val="single" w:sz="10" w:space="0" w:color="000000"/>
          <w:insideV w:val="single" w:sz="1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3855"/>
        <w:gridCol w:w="1701"/>
        <w:gridCol w:w="2835"/>
      </w:tblGrid>
      <w:tr w:rsidR="008673F7" w14:paraId="479970E8" w14:textId="77777777">
        <w:trPr>
          <w:trHeight w:val="408"/>
        </w:trPr>
        <w:tc>
          <w:tcPr>
            <w:tcW w:w="187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F6DA5D" w14:textId="77777777" w:rsidR="008673F7" w:rsidRDefault="00000000">
            <w:pPr>
              <w:spacing w:after="0"/>
            </w:pPr>
            <w:r>
              <w:rPr>
                <w:b/>
              </w:rPr>
              <w:t>Jméno, příjmení</w:t>
            </w:r>
          </w:p>
        </w:tc>
        <w:tc>
          <w:tcPr>
            <w:tcW w:w="3855" w:type="dxa"/>
            <w:shd w:val="clear" w:color="auto" w:fill="D9EAD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2413C0" w14:textId="77777777" w:rsidR="008673F7" w:rsidRDefault="008673F7">
            <w:pPr>
              <w:spacing w:after="0"/>
            </w:pPr>
          </w:p>
        </w:tc>
        <w:tc>
          <w:tcPr>
            <w:tcW w:w="170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16913C" w14:textId="77777777" w:rsidR="008673F7" w:rsidRDefault="00000000">
            <w:pPr>
              <w:spacing w:after="0"/>
            </w:pPr>
            <w:r>
              <w:rPr>
                <w:b/>
              </w:rPr>
              <w:t>Podpis</w:t>
            </w:r>
          </w:p>
        </w:tc>
        <w:tc>
          <w:tcPr>
            <w:tcW w:w="2835" w:type="dxa"/>
            <w:shd w:val="clear" w:color="auto" w:fill="D9EAD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CE4E2A" w14:textId="77777777" w:rsidR="008673F7" w:rsidRDefault="008673F7">
            <w:pPr>
              <w:spacing w:after="0"/>
            </w:pPr>
          </w:p>
        </w:tc>
      </w:tr>
      <w:tr w:rsidR="008673F7" w14:paraId="05688F84" w14:textId="77777777">
        <w:trPr>
          <w:trHeight w:val="408"/>
        </w:trPr>
        <w:tc>
          <w:tcPr>
            <w:tcW w:w="187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8D5157" w14:textId="77777777" w:rsidR="008673F7" w:rsidRDefault="00000000">
            <w:pPr>
              <w:spacing w:after="0"/>
            </w:pPr>
            <w:r>
              <w:rPr>
                <w:b/>
              </w:rPr>
              <w:t>Adresa</w:t>
            </w:r>
          </w:p>
        </w:tc>
        <w:tc>
          <w:tcPr>
            <w:tcW w:w="8391" w:type="dxa"/>
            <w:gridSpan w:val="3"/>
            <w:shd w:val="clear" w:color="auto" w:fill="D9EAD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766760" w14:textId="77777777" w:rsidR="008673F7" w:rsidRDefault="008673F7">
            <w:pPr>
              <w:spacing w:after="0"/>
            </w:pPr>
          </w:p>
        </w:tc>
      </w:tr>
      <w:tr w:rsidR="008673F7" w14:paraId="56C532A4" w14:textId="77777777">
        <w:trPr>
          <w:trHeight w:val="408"/>
        </w:trPr>
        <w:tc>
          <w:tcPr>
            <w:tcW w:w="187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5672ED" w14:textId="77777777" w:rsidR="008673F7" w:rsidRDefault="00000000">
            <w:pPr>
              <w:spacing w:after="0"/>
            </w:pPr>
            <w:r>
              <w:rPr>
                <w:b/>
              </w:rPr>
              <w:t>Telefon</w:t>
            </w:r>
          </w:p>
        </w:tc>
        <w:tc>
          <w:tcPr>
            <w:tcW w:w="3855" w:type="dxa"/>
            <w:shd w:val="clear" w:color="auto" w:fill="D9EAD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83BBDF" w14:textId="77777777" w:rsidR="008673F7" w:rsidRDefault="008673F7">
            <w:pPr>
              <w:spacing w:after="0"/>
            </w:pPr>
          </w:p>
        </w:tc>
        <w:tc>
          <w:tcPr>
            <w:tcW w:w="170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CB48AE" w14:textId="77777777" w:rsidR="008673F7" w:rsidRDefault="00000000">
            <w:pPr>
              <w:spacing w:after="0"/>
            </w:pPr>
            <w:r>
              <w:rPr>
                <w:b/>
              </w:rPr>
              <w:t>E-mail</w:t>
            </w:r>
          </w:p>
        </w:tc>
        <w:tc>
          <w:tcPr>
            <w:tcW w:w="2835" w:type="dxa"/>
            <w:shd w:val="clear" w:color="auto" w:fill="D9EAD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B01FEA" w14:textId="77777777" w:rsidR="008673F7" w:rsidRDefault="008673F7">
            <w:pPr>
              <w:spacing w:after="0"/>
            </w:pPr>
          </w:p>
        </w:tc>
      </w:tr>
    </w:tbl>
    <w:p w14:paraId="6634A73A" w14:textId="77777777" w:rsidR="008673F7" w:rsidRPr="007D3769" w:rsidRDefault="00000000">
      <w:pPr>
        <w:spacing w:before="60" w:after="20"/>
        <w:rPr>
          <w:sz w:val="22"/>
          <w:szCs w:val="28"/>
        </w:rPr>
      </w:pPr>
      <w:r w:rsidRPr="007D3769">
        <w:rPr>
          <w:b/>
          <w:sz w:val="22"/>
          <w:szCs w:val="28"/>
        </w:rPr>
        <w:t>Trenér / trenérka</w:t>
      </w:r>
    </w:p>
    <w:tbl>
      <w:tblPr>
        <w:tblW w:w="0" w:type="auto"/>
        <w:tblBorders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  <w:insideH w:val="single" w:sz="10" w:space="0" w:color="000000"/>
          <w:insideV w:val="single" w:sz="1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3738"/>
        <w:gridCol w:w="1842"/>
        <w:gridCol w:w="2811"/>
      </w:tblGrid>
      <w:tr w:rsidR="00830319" w14:paraId="5D41DC78" w14:textId="77777777" w:rsidTr="00830319">
        <w:trPr>
          <w:trHeight w:val="408"/>
        </w:trPr>
        <w:tc>
          <w:tcPr>
            <w:tcW w:w="187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003A42" w14:textId="77777777" w:rsidR="00830319" w:rsidRDefault="00830319">
            <w:pPr>
              <w:spacing w:after="0"/>
            </w:pPr>
            <w:proofErr w:type="spellStart"/>
            <w:r>
              <w:rPr>
                <w:b/>
              </w:rPr>
              <w:t>Jméno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příjmení</w:t>
            </w:r>
            <w:proofErr w:type="spellEnd"/>
          </w:p>
        </w:tc>
        <w:tc>
          <w:tcPr>
            <w:tcW w:w="3738" w:type="dxa"/>
            <w:shd w:val="clear" w:color="auto" w:fill="D9EAD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C7B5D0" w14:textId="77777777" w:rsidR="00830319" w:rsidRDefault="00830319">
            <w:pPr>
              <w:spacing w:after="0"/>
            </w:pPr>
          </w:p>
        </w:tc>
        <w:tc>
          <w:tcPr>
            <w:tcW w:w="1842" w:type="dxa"/>
            <w:vMerge w:val="restar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96E379" w14:textId="6037B479" w:rsidR="00830319" w:rsidRDefault="00830319" w:rsidP="00830319">
            <w:pPr>
              <w:spacing w:after="0"/>
            </w:pPr>
            <w:proofErr w:type="spellStart"/>
            <w:r>
              <w:rPr>
                <w:b/>
              </w:rPr>
              <w:t>Podpis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razítko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organizace</w:t>
            </w:r>
            <w:proofErr w:type="spellEnd"/>
          </w:p>
        </w:tc>
        <w:tc>
          <w:tcPr>
            <w:tcW w:w="2811" w:type="dxa"/>
            <w:vMerge w:val="restart"/>
            <w:shd w:val="clear" w:color="auto" w:fill="D9EAD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A17CE9" w14:textId="77777777" w:rsidR="00830319" w:rsidRDefault="00830319">
            <w:pPr>
              <w:spacing w:after="0"/>
            </w:pPr>
          </w:p>
        </w:tc>
      </w:tr>
      <w:tr w:rsidR="00830319" w14:paraId="493D4E77" w14:textId="77777777" w:rsidTr="00830319">
        <w:trPr>
          <w:trHeight w:val="408"/>
        </w:trPr>
        <w:tc>
          <w:tcPr>
            <w:tcW w:w="187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B3E207" w14:textId="77777777" w:rsidR="00830319" w:rsidRDefault="00830319" w:rsidP="00830319">
            <w:pPr>
              <w:spacing w:after="0"/>
            </w:pPr>
            <w:proofErr w:type="spellStart"/>
            <w:r>
              <w:rPr>
                <w:b/>
              </w:rPr>
              <w:t>Název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sportovního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klubu</w:t>
            </w:r>
            <w:proofErr w:type="spellEnd"/>
          </w:p>
        </w:tc>
        <w:tc>
          <w:tcPr>
            <w:tcW w:w="3738" w:type="dxa"/>
            <w:shd w:val="clear" w:color="auto" w:fill="D9EAD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1F896E" w14:textId="77777777" w:rsidR="00830319" w:rsidRDefault="00830319" w:rsidP="00830319">
            <w:pPr>
              <w:spacing w:after="0"/>
            </w:pPr>
          </w:p>
        </w:tc>
        <w:tc>
          <w:tcPr>
            <w:tcW w:w="1842" w:type="dxa"/>
            <w:vMerge/>
            <w:shd w:val="clear" w:color="auto" w:fill="D9EAD3"/>
            <w:vAlign w:val="center"/>
          </w:tcPr>
          <w:p w14:paraId="1CE838C6" w14:textId="1DF6069D" w:rsidR="00830319" w:rsidRDefault="00830319" w:rsidP="00830319">
            <w:pPr>
              <w:spacing w:after="0"/>
            </w:pPr>
          </w:p>
        </w:tc>
        <w:tc>
          <w:tcPr>
            <w:tcW w:w="2811" w:type="dxa"/>
            <w:vMerge/>
            <w:shd w:val="clear" w:color="auto" w:fill="D9EAD3"/>
            <w:vAlign w:val="center"/>
          </w:tcPr>
          <w:p w14:paraId="09F2F8BE" w14:textId="179271AC" w:rsidR="00830319" w:rsidRDefault="00830319" w:rsidP="00830319">
            <w:pPr>
              <w:spacing w:after="0"/>
            </w:pPr>
          </w:p>
        </w:tc>
      </w:tr>
      <w:tr w:rsidR="008673F7" w14:paraId="558601EE" w14:textId="77777777" w:rsidTr="00830319">
        <w:trPr>
          <w:trHeight w:val="408"/>
        </w:trPr>
        <w:tc>
          <w:tcPr>
            <w:tcW w:w="187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F802F9" w14:textId="77777777" w:rsidR="008673F7" w:rsidRDefault="00000000">
            <w:pPr>
              <w:spacing w:after="0"/>
            </w:pPr>
            <w:proofErr w:type="spellStart"/>
            <w:r>
              <w:rPr>
                <w:b/>
              </w:rPr>
              <w:t>Adresa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sportovního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klubu</w:t>
            </w:r>
            <w:proofErr w:type="spellEnd"/>
          </w:p>
        </w:tc>
        <w:tc>
          <w:tcPr>
            <w:tcW w:w="3738" w:type="dxa"/>
            <w:shd w:val="clear" w:color="auto" w:fill="D9EAD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96D8D4" w14:textId="77777777" w:rsidR="008673F7" w:rsidRDefault="008673F7">
            <w:pPr>
              <w:spacing w:after="0"/>
            </w:pP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093D11" w14:textId="77777777" w:rsidR="008673F7" w:rsidRDefault="00000000">
            <w:pPr>
              <w:spacing w:after="0"/>
            </w:pPr>
            <w:r>
              <w:rPr>
                <w:b/>
              </w:rPr>
              <w:t>Telefon</w:t>
            </w:r>
          </w:p>
        </w:tc>
        <w:tc>
          <w:tcPr>
            <w:tcW w:w="2811" w:type="dxa"/>
            <w:shd w:val="clear" w:color="auto" w:fill="D9EAD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789F59" w14:textId="77777777" w:rsidR="008673F7" w:rsidRDefault="008673F7">
            <w:pPr>
              <w:spacing w:after="0"/>
            </w:pPr>
          </w:p>
        </w:tc>
      </w:tr>
      <w:tr w:rsidR="007D3769" w14:paraId="518F6784" w14:textId="77777777" w:rsidTr="007D3769">
        <w:trPr>
          <w:trHeight w:val="1259"/>
        </w:trPr>
        <w:tc>
          <w:tcPr>
            <w:tcW w:w="187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D8B297" w14:textId="5506072F" w:rsidR="007D3769" w:rsidRDefault="007D3769">
            <w:pPr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Dny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časy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pravidelných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sportovních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tréninků</w:t>
            </w:r>
            <w:proofErr w:type="spellEnd"/>
          </w:p>
          <w:p w14:paraId="2CAC3662" w14:textId="3B0A17A7" w:rsidR="007D3769" w:rsidRDefault="007D3769">
            <w:pPr>
              <w:spacing w:after="0"/>
              <w:rPr>
                <w:b/>
              </w:rPr>
            </w:pPr>
          </w:p>
        </w:tc>
        <w:tc>
          <w:tcPr>
            <w:tcW w:w="8391" w:type="dxa"/>
            <w:gridSpan w:val="3"/>
            <w:shd w:val="clear" w:color="auto" w:fill="D9EAD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36C0CD" w14:textId="689DFA07" w:rsidR="007D3769" w:rsidRDefault="007D3769">
            <w:pPr>
              <w:spacing w:after="0"/>
            </w:pPr>
          </w:p>
        </w:tc>
      </w:tr>
    </w:tbl>
    <w:p w14:paraId="1104F72F" w14:textId="77777777" w:rsidR="008673F7" w:rsidRPr="007D3769" w:rsidRDefault="00000000">
      <w:pPr>
        <w:spacing w:before="60" w:after="20"/>
        <w:rPr>
          <w:sz w:val="22"/>
          <w:szCs w:val="28"/>
        </w:rPr>
      </w:pPr>
      <w:proofErr w:type="spellStart"/>
      <w:r w:rsidRPr="007D3769">
        <w:rPr>
          <w:b/>
          <w:sz w:val="22"/>
          <w:szCs w:val="28"/>
        </w:rPr>
        <w:t>Vyjádření</w:t>
      </w:r>
      <w:proofErr w:type="spellEnd"/>
      <w:r w:rsidRPr="007D3769">
        <w:rPr>
          <w:b/>
          <w:sz w:val="22"/>
          <w:szCs w:val="28"/>
        </w:rPr>
        <w:t xml:space="preserve"> </w:t>
      </w:r>
      <w:proofErr w:type="spellStart"/>
      <w:r w:rsidRPr="007D3769">
        <w:rPr>
          <w:b/>
          <w:sz w:val="22"/>
          <w:szCs w:val="28"/>
        </w:rPr>
        <w:t>třídní</w:t>
      </w:r>
      <w:proofErr w:type="spellEnd"/>
      <w:r w:rsidRPr="007D3769">
        <w:rPr>
          <w:b/>
          <w:sz w:val="22"/>
          <w:szCs w:val="28"/>
        </w:rPr>
        <w:t xml:space="preserve"> </w:t>
      </w:r>
      <w:proofErr w:type="spellStart"/>
      <w:r w:rsidRPr="007D3769">
        <w:rPr>
          <w:b/>
          <w:sz w:val="22"/>
          <w:szCs w:val="28"/>
        </w:rPr>
        <w:t>učitelky</w:t>
      </w:r>
      <w:proofErr w:type="spellEnd"/>
      <w:r w:rsidRPr="007D3769">
        <w:rPr>
          <w:b/>
          <w:sz w:val="22"/>
          <w:szCs w:val="28"/>
        </w:rPr>
        <w:t xml:space="preserve"> / třídního učitele</w:t>
      </w:r>
    </w:p>
    <w:tbl>
      <w:tblPr>
        <w:tblW w:w="0" w:type="auto"/>
        <w:tblBorders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  <w:insideH w:val="single" w:sz="10" w:space="0" w:color="000000"/>
          <w:insideV w:val="single" w:sz="1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953"/>
        <w:gridCol w:w="2608"/>
      </w:tblGrid>
      <w:tr w:rsidR="008673F7" w14:paraId="2EC31368" w14:textId="77777777">
        <w:trPr>
          <w:trHeight w:val="935"/>
        </w:trPr>
        <w:tc>
          <w:tcPr>
            <w:tcW w:w="10262" w:type="dxa"/>
            <w:gridSpan w:val="3"/>
            <w:shd w:val="clear" w:color="auto" w:fill="D9EAD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8B72E3" w14:textId="77777777" w:rsidR="008673F7" w:rsidRDefault="008673F7">
            <w:pPr>
              <w:spacing w:after="0"/>
            </w:pPr>
          </w:p>
        </w:tc>
      </w:tr>
      <w:tr w:rsidR="008673F7" w14:paraId="1907C5DF" w14:textId="77777777">
        <w:trPr>
          <w:trHeight w:val="368"/>
        </w:trPr>
        <w:tc>
          <w:tcPr>
            <w:tcW w:w="170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CC4551" w14:textId="77777777" w:rsidR="008673F7" w:rsidRDefault="00000000">
            <w:pPr>
              <w:spacing w:after="0"/>
            </w:pPr>
            <w:r>
              <w:rPr>
                <w:b/>
              </w:rPr>
              <w:t>Datum</w:t>
            </w:r>
          </w:p>
        </w:tc>
        <w:tc>
          <w:tcPr>
            <w:tcW w:w="5953" w:type="dxa"/>
            <w:shd w:val="clear" w:color="auto" w:fill="D9EAD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8BE150" w14:textId="77777777" w:rsidR="008673F7" w:rsidRDefault="008673F7">
            <w:pPr>
              <w:spacing w:after="0"/>
            </w:pPr>
          </w:p>
        </w:tc>
        <w:tc>
          <w:tcPr>
            <w:tcW w:w="260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4F65F8" w14:textId="77777777" w:rsidR="008673F7" w:rsidRDefault="00000000">
            <w:pPr>
              <w:spacing w:after="0"/>
            </w:pPr>
            <w:r>
              <w:rPr>
                <w:b/>
              </w:rPr>
              <w:t>Podpis:</w:t>
            </w:r>
          </w:p>
        </w:tc>
      </w:tr>
    </w:tbl>
    <w:p w14:paraId="5A3EA958" w14:textId="77777777" w:rsidR="008673F7" w:rsidRPr="007D3769" w:rsidRDefault="00000000">
      <w:pPr>
        <w:spacing w:before="60" w:after="20"/>
        <w:rPr>
          <w:sz w:val="22"/>
          <w:szCs w:val="28"/>
        </w:rPr>
      </w:pPr>
      <w:r w:rsidRPr="007D3769">
        <w:rPr>
          <w:b/>
          <w:sz w:val="22"/>
          <w:szCs w:val="28"/>
        </w:rPr>
        <w:t>Rozhodnutí ředitele školy</w:t>
      </w:r>
    </w:p>
    <w:tbl>
      <w:tblPr>
        <w:tblW w:w="0" w:type="auto"/>
        <w:tblBorders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  <w:insideH w:val="single" w:sz="10" w:space="0" w:color="000000"/>
          <w:insideV w:val="single" w:sz="1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953"/>
        <w:gridCol w:w="2608"/>
      </w:tblGrid>
      <w:tr w:rsidR="008673F7" w14:paraId="0550B3FD" w14:textId="77777777" w:rsidTr="007D3769">
        <w:trPr>
          <w:trHeight w:val="413"/>
        </w:trPr>
        <w:tc>
          <w:tcPr>
            <w:tcW w:w="10262" w:type="dxa"/>
            <w:gridSpan w:val="3"/>
            <w:shd w:val="clear" w:color="auto" w:fill="D9EAD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F36AB0" w14:textId="77777777" w:rsidR="008673F7" w:rsidRDefault="008673F7">
            <w:pPr>
              <w:spacing w:after="0"/>
            </w:pPr>
          </w:p>
        </w:tc>
      </w:tr>
      <w:tr w:rsidR="008673F7" w14:paraId="45D32EC9" w14:textId="77777777">
        <w:trPr>
          <w:trHeight w:val="368"/>
        </w:trPr>
        <w:tc>
          <w:tcPr>
            <w:tcW w:w="170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15A06B" w14:textId="77777777" w:rsidR="008673F7" w:rsidRDefault="00000000">
            <w:pPr>
              <w:spacing w:after="0"/>
            </w:pPr>
            <w:r>
              <w:rPr>
                <w:b/>
              </w:rPr>
              <w:t>Datum</w:t>
            </w:r>
          </w:p>
        </w:tc>
        <w:tc>
          <w:tcPr>
            <w:tcW w:w="5953" w:type="dxa"/>
            <w:shd w:val="clear" w:color="auto" w:fill="D9EAD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B7E27E" w14:textId="77777777" w:rsidR="008673F7" w:rsidRDefault="008673F7">
            <w:pPr>
              <w:spacing w:after="0"/>
            </w:pPr>
          </w:p>
        </w:tc>
        <w:tc>
          <w:tcPr>
            <w:tcW w:w="260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78C966" w14:textId="77777777" w:rsidR="008673F7" w:rsidRDefault="00000000">
            <w:pPr>
              <w:spacing w:after="0"/>
            </w:pPr>
            <w:r>
              <w:rPr>
                <w:b/>
              </w:rPr>
              <w:t>Podpis:</w:t>
            </w:r>
          </w:p>
        </w:tc>
      </w:tr>
    </w:tbl>
    <w:p w14:paraId="51B6C1F7" w14:textId="77777777" w:rsidR="00A60C8D" w:rsidRDefault="00A60C8D" w:rsidP="007D3769"/>
    <w:sectPr w:rsidR="00A60C8D" w:rsidSect="00034616">
      <w:headerReference w:type="default" r:id="rId8"/>
      <w:footerReference w:type="default" r:id="rId9"/>
      <w:pgSz w:w="12240" w:h="15840"/>
      <w:pgMar w:top="624" w:right="709" w:bottom="567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03092" w14:textId="77777777" w:rsidR="00501699" w:rsidRDefault="00501699">
      <w:pPr>
        <w:spacing w:after="0" w:line="240" w:lineRule="auto"/>
      </w:pPr>
      <w:r>
        <w:separator/>
      </w:r>
    </w:p>
  </w:endnote>
  <w:endnote w:type="continuationSeparator" w:id="0">
    <w:p w14:paraId="5D2AB5A0" w14:textId="77777777" w:rsidR="00501699" w:rsidRDefault="0050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9904B" w14:textId="77777777" w:rsidR="008673F7" w:rsidRDefault="008673F7">
    <w:pPr>
      <w:pStyle w:val="Zpat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3496"/>
      <w:gridCol w:w="3496"/>
      <w:gridCol w:w="3496"/>
    </w:tblGrid>
    <w:tr w:rsidR="008673F7" w14:paraId="380D8207" w14:textId="77777777">
      <w:trPr>
        <w:jc w:val="center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  <w:tcMar>
            <w:top w:w="60" w:type="dxa"/>
            <w:left w:w="80" w:type="dxa"/>
            <w:bottom w:w="60" w:type="dxa"/>
            <w:right w:w="80" w:type="dxa"/>
          </w:tcMar>
          <w:vAlign w:val="center"/>
        </w:tcPr>
        <w:p w14:paraId="3FC14020" w14:textId="77777777" w:rsidR="008673F7" w:rsidRDefault="00000000">
          <w:pPr>
            <w:spacing w:after="0"/>
          </w:pPr>
          <w:r>
            <w:rPr>
              <w:sz w:val="14"/>
            </w:rPr>
            <w:t>e-mail: skola@zs-podoli.cz</w:t>
          </w:r>
        </w:p>
      </w:tc>
      <w:tc>
        <w:tcPr>
          <w:tcW w:w="3496" w:type="dxa"/>
          <w:tcBorders>
            <w:top w:val="nil"/>
            <w:left w:val="nil"/>
            <w:bottom w:val="nil"/>
            <w:right w:val="nil"/>
          </w:tcBorders>
          <w:tcMar>
            <w:top w:w="60" w:type="dxa"/>
            <w:left w:w="80" w:type="dxa"/>
            <w:bottom w:w="60" w:type="dxa"/>
            <w:right w:w="80" w:type="dxa"/>
          </w:tcMar>
          <w:vAlign w:val="center"/>
        </w:tcPr>
        <w:p w14:paraId="73C5E2EA" w14:textId="77777777" w:rsidR="008673F7" w:rsidRDefault="00000000">
          <w:pPr>
            <w:spacing w:after="0"/>
            <w:jc w:val="center"/>
          </w:pPr>
          <w:r>
            <w:rPr>
              <w:sz w:val="14"/>
            </w:rPr>
            <w:t>tel : 606 785 632</w:t>
          </w:r>
        </w:p>
      </w:tc>
      <w:tc>
        <w:tcPr>
          <w:tcW w:w="3496" w:type="dxa"/>
          <w:tcBorders>
            <w:top w:val="nil"/>
            <w:left w:val="nil"/>
            <w:bottom w:val="nil"/>
            <w:right w:val="nil"/>
          </w:tcBorders>
          <w:tcMar>
            <w:top w:w="60" w:type="dxa"/>
            <w:left w:w="80" w:type="dxa"/>
            <w:bottom w:w="60" w:type="dxa"/>
            <w:right w:w="80" w:type="dxa"/>
          </w:tcMar>
          <w:vAlign w:val="center"/>
        </w:tcPr>
        <w:p w14:paraId="099F1C4E" w14:textId="77777777" w:rsidR="008673F7" w:rsidRDefault="00000000">
          <w:pPr>
            <w:spacing w:after="0"/>
            <w:jc w:val="right"/>
          </w:pPr>
          <w:r>
            <w:rPr>
              <w:sz w:val="14"/>
            </w:rPr>
            <w:t>tel: 725 743 892</w:t>
          </w:r>
        </w:p>
      </w:tc>
    </w:tr>
    <w:tr w:rsidR="008673F7" w14:paraId="76AB7B8F" w14:textId="77777777">
      <w:trPr>
        <w:jc w:val="center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  <w:tcMar>
            <w:top w:w="60" w:type="dxa"/>
            <w:left w:w="80" w:type="dxa"/>
            <w:bottom w:w="60" w:type="dxa"/>
            <w:right w:w="80" w:type="dxa"/>
          </w:tcMar>
          <w:vAlign w:val="center"/>
        </w:tcPr>
        <w:p w14:paraId="79420807" w14:textId="77777777" w:rsidR="008673F7" w:rsidRDefault="00000000">
          <w:pPr>
            <w:spacing w:after="0"/>
          </w:pPr>
          <w:r>
            <w:rPr>
              <w:sz w:val="14"/>
            </w:rPr>
            <w:t>bank. spojení : ČS, a.s. Praha 4</w:t>
          </w:r>
        </w:p>
      </w:tc>
      <w:tc>
        <w:tcPr>
          <w:tcW w:w="3496" w:type="dxa"/>
          <w:tcBorders>
            <w:top w:val="nil"/>
            <w:left w:val="nil"/>
            <w:bottom w:val="nil"/>
            <w:right w:val="nil"/>
          </w:tcBorders>
          <w:tcMar>
            <w:top w:w="60" w:type="dxa"/>
            <w:left w:w="80" w:type="dxa"/>
            <w:bottom w:w="60" w:type="dxa"/>
            <w:right w:w="80" w:type="dxa"/>
          </w:tcMar>
          <w:vAlign w:val="center"/>
        </w:tcPr>
        <w:p w14:paraId="753AEB4D" w14:textId="77777777" w:rsidR="008673F7" w:rsidRDefault="00000000">
          <w:pPr>
            <w:spacing w:after="0"/>
            <w:jc w:val="center"/>
          </w:pPr>
          <w:r>
            <w:rPr>
              <w:sz w:val="14"/>
            </w:rPr>
            <w:t>č. účtu : 75414339 / 0800</w:t>
          </w:r>
        </w:p>
      </w:tc>
      <w:tc>
        <w:tcPr>
          <w:tcW w:w="3496" w:type="dxa"/>
          <w:tcBorders>
            <w:top w:val="nil"/>
            <w:left w:val="nil"/>
            <w:bottom w:val="nil"/>
            <w:right w:val="nil"/>
          </w:tcBorders>
          <w:tcMar>
            <w:top w:w="60" w:type="dxa"/>
            <w:left w:w="80" w:type="dxa"/>
            <w:bottom w:w="60" w:type="dxa"/>
            <w:right w:w="80" w:type="dxa"/>
          </w:tcMar>
          <w:vAlign w:val="center"/>
        </w:tcPr>
        <w:p w14:paraId="7061E56D" w14:textId="77777777" w:rsidR="008673F7" w:rsidRDefault="00000000">
          <w:pPr>
            <w:spacing w:after="0"/>
            <w:jc w:val="right"/>
          </w:pPr>
          <w:r>
            <w:rPr>
              <w:sz w:val="14"/>
            </w:rPr>
            <w:t>IČO : 61384224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96A0E" w14:textId="77777777" w:rsidR="00501699" w:rsidRDefault="00501699">
      <w:pPr>
        <w:spacing w:after="0" w:line="240" w:lineRule="auto"/>
      </w:pPr>
      <w:r>
        <w:separator/>
      </w:r>
    </w:p>
  </w:footnote>
  <w:footnote w:type="continuationSeparator" w:id="0">
    <w:p w14:paraId="72A57DC4" w14:textId="77777777" w:rsidR="00501699" w:rsidRDefault="00501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9FF81" w14:textId="77777777" w:rsidR="007D3769" w:rsidRPr="00DB065B" w:rsidRDefault="007D3769" w:rsidP="007D3769">
    <w:pPr>
      <w:pStyle w:val="Nadpis1"/>
      <w:spacing w:before="0"/>
      <w:ind w:left="5664" w:firstLine="708"/>
      <w:rPr>
        <w:b w:val="0"/>
        <w:i/>
        <w:sz w:val="20"/>
      </w:rPr>
    </w:pPr>
    <w:bookmarkStart w:id="0" w:name="_Hlk211940177"/>
    <w:r>
      <w:rPr>
        <w:i/>
        <w:noProof/>
        <w:sz w:val="20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00E1875" wp14:editId="0B5CA95B">
              <wp:simplePos x="0" y="0"/>
              <wp:positionH relativeFrom="column">
                <wp:posOffset>-145415</wp:posOffset>
              </wp:positionH>
              <wp:positionV relativeFrom="page">
                <wp:posOffset>390525</wp:posOffset>
              </wp:positionV>
              <wp:extent cx="6771640" cy="1085850"/>
              <wp:effectExtent l="0" t="0" r="29210" b="0"/>
              <wp:wrapNone/>
              <wp:docPr id="2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71640" cy="1085850"/>
                        <a:chOff x="0" y="0"/>
                        <a:chExt cx="6771750" cy="1085850"/>
                      </a:xfrm>
                    </wpg:grpSpPr>
                    <wps:wsp>
                      <wps:cNvPr id="1" name="Line 1"/>
                      <wps:cNvCnPr>
                        <a:cxnSpLocks noChangeShapeType="1"/>
                      </wps:cNvCnPr>
                      <wps:spPr bwMode="auto">
                        <a:xfrm flipV="1">
                          <a:off x="1962150" y="723900"/>
                          <a:ext cx="4809600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167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35FA07B" id="Skupina 2" o:spid="_x0000_s1026" style="position:absolute;margin-left:-11.45pt;margin-top:30.75pt;width:533.2pt;height:85.5pt;z-index:251658240;mso-position-vertical-relative:page" coordsize="67717,10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">
              <v:line id="Line 1" o:spid="_x0000_s1027" style="position:absolute;flip:y;visibility:visible;mso-wrap-style:square" from="19621,7239" to="67717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" strokeweight="4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5" o:spid="_x0000_s1028" type="#_x0000_t75" style="position:absolute;width:19716;height:10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">
                <v:imagedata r:id="rId2" o:title=""/>
              </v:shape>
              <w10:wrap anchory="page"/>
            </v:group>
          </w:pict>
        </mc:Fallback>
      </mc:AlternateContent>
    </w:r>
    <w:proofErr w:type="spellStart"/>
    <w:r w:rsidRPr="00DB065B">
      <w:rPr>
        <w:i/>
        <w:sz w:val="20"/>
      </w:rPr>
      <w:t>Základní</w:t>
    </w:r>
    <w:proofErr w:type="spellEnd"/>
    <w:r w:rsidRPr="00DB065B">
      <w:rPr>
        <w:i/>
        <w:sz w:val="20"/>
      </w:rPr>
      <w:t xml:space="preserve"> </w:t>
    </w:r>
    <w:proofErr w:type="spellStart"/>
    <w:r w:rsidRPr="00DB065B">
      <w:rPr>
        <w:i/>
        <w:sz w:val="20"/>
      </w:rPr>
      <w:t>škola</w:t>
    </w:r>
    <w:proofErr w:type="spellEnd"/>
    <w:r w:rsidRPr="00DB065B">
      <w:rPr>
        <w:i/>
        <w:sz w:val="20"/>
      </w:rPr>
      <w:t xml:space="preserve"> Praha 4, </w:t>
    </w:r>
    <w:proofErr w:type="spellStart"/>
    <w:r w:rsidRPr="00DB065B">
      <w:rPr>
        <w:i/>
        <w:sz w:val="20"/>
      </w:rPr>
      <w:t>Nedvědovo</w:t>
    </w:r>
    <w:proofErr w:type="spellEnd"/>
    <w:r w:rsidRPr="00DB065B">
      <w:rPr>
        <w:i/>
        <w:sz w:val="20"/>
      </w:rPr>
      <w:t xml:space="preserve"> </w:t>
    </w:r>
    <w:proofErr w:type="spellStart"/>
    <w:r w:rsidRPr="00DB065B">
      <w:rPr>
        <w:i/>
        <w:sz w:val="20"/>
      </w:rPr>
      <w:t>náměstí</w:t>
    </w:r>
    <w:proofErr w:type="spellEnd"/>
    <w:r w:rsidRPr="00DB065B">
      <w:rPr>
        <w:i/>
        <w:sz w:val="20"/>
      </w:rPr>
      <w:t xml:space="preserve"> 140</w:t>
    </w:r>
  </w:p>
  <w:p w14:paraId="0FCBADD1" w14:textId="77777777" w:rsidR="007D3769" w:rsidRPr="00DB065B" w:rsidRDefault="007D3769" w:rsidP="007D3769">
    <w:pPr>
      <w:keepNext/>
      <w:spacing w:after="0"/>
      <w:ind w:left="5664" w:firstLine="708"/>
      <w:rPr>
        <w:i/>
      </w:rPr>
    </w:pPr>
    <w:r w:rsidRPr="00DB065B">
      <w:rPr>
        <w:i/>
      </w:rPr>
      <w:t xml:space="preserve">147 00   Praha 4 – </w:t>
    </w:r>
    <w:proofErr w:type="spellStart"/>
    <w:r w:rsidRPr="00DB065B">
      <w:rPr>
        <w:i/>
      </w:rPr>
      <w:t>Podolí</w:t>
    </w:r>
    <w:proofErr w:type="spellEnd"/>
  </w:p>
  <w:p w14:paraId="13D7D603" w14:textId="77777777" w:rsidR="007D3769" w:rsidRDefault="007D3769" w:rsidP="007D3769">
    <w:pPr>
      <w:keepNext/>
      <w:spacing w:after="0"/>
      <w:ind w:left="5664" w:firstLine="708"/>
      <w:rPr>
        <w:i/>
      </w:rPr>
    </w:pPr>
    <w:r w:rsidRPr="00DB065B">
      <w:rPr>
        <w:i/>
      </w:rPr>
      <w:t xml:space="preserve">email: skola@zs-podoli.cz; </w:t>
    </w:r>
    <w:hyperlink r:id="rId3" w:history="1">
      <w:r w:rsidRPr="00DB065B">
        <w:rPr>
          <w:rStyle w:val="Hypertextovodkaz"/>
          <w:i/>
        </w:rPr>
        <w:t>www.zs-podoli.cz</w:t>
      </w:r>
    </w:hyperlink>
  </w:p>
  <w:p w14:paraId="34BA2313" w14:textId="6DEF6B45" w:rsidR="007D3769" w:rsidRPr="007D3769" w:rsidRDefault="007D3769" w:rsidP="007D3769">
    <w:pPr>
      <w:keepNext/>
      <w:ind w:left="5664" w:firstLine="708"/>
      <w:rPr>
        <w:i/>
      </w:rPr>
    </w:pPr>
    <w:proofErr w:type="spellStart"/>
    <w:r>
      <w:rPr>
        <w:i/>
      </w:rPr>
      <w:t>t</w:t>
    </w:r>
    <w:r w:rsidRPr="00DB065B">
      <w:rPr>
        <w:i/>
      </w:rPr>
      <w:t>elefon</w:t>
    </w:r>
    <w:proofErr w:type="spellEnd"/>
    <w:r w:rsidRPr="00DB065B">
      <w:rPr>
        <w:i/>
      </w:rPr>
      <w:t>: 606 785 632, 725 743 892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79983483">
    <w:abstractNumId w:val="8"/>
  </w:num>
  <w:num w:numId="2" w16cid:durableId="200632220">
    <w:abstractNumId w:val="6"/>
  </w:num>
  <w:num w:numId="3" w16cid:durableId="1802264586">
    <w:abstractNumId w:val="5"/>
  </w:num>
  <w:num w:numId="4" w16cid:durableId="1084767329">
    <w:abstractNumId w:val="4"/>
  </w:num>
  <w:num w:numId="5" w16cid:durableId="82336056">
    <w:abstractNumId w:val="7"/>
  </w:num>
  <w:num w:numId="6" w16cid:durableId="192502447">
    <w:abstractNumId w:val="3"/>
  </w:num>
  <w:num w:numId="7" w16cid:durableId="153035056">
    <w:abstractNumId w:val="2"/>
  </w:num>
  <w:num w:numId="8" w16cid:durableId="670766126">
    <w:abstractNumId w:val="1"/>
  </w:num>
  <w:num w:numId="9" w16cid:durableId="1547527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6FFB"/>
    <w:rsid w:val="0015074B"/>
    <w:rsid w:val="00176E3B"/>
    <w:rsid w:val="0029639D"/>
    <w:rsid w:val="00326F90"/>
    <w:rsid w:val="00501699"/>
    <w:rsid w:val="007D3769"/>
    <w:rsid w:val="00830319"/>
    <w:rsid w:val="008673F7"/>
    <w:rsid w:val="00A60C8D"/>
    <w:rsid w:val="00AA1D8D"/>
    <w:rsid w:val="00B47730"/>
    <w:rsid w:val="00CB0664"/>
    <w:rsid w:val="00EE71D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0E5FCF"/>
  <w14:defaultImageDpi w14:val="300"/>
  <w15:docId w15:val="{0710EA7A-13AE-441E-9CB8-05B538A20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Arial" w:hAnsi="Arial"/>
      <w:sz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odkaz">
    <w:name w:val="Hyperlink"/>
    <w:rsid w:val="007D37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s-podoli.cz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Tomáš Hanus</cp:lastModifiedBy>
  <cp:revision>3</cp:revision>
  <cp:lastPrinted>2026-09-07T07:15:00Z</cp:lastPrinted>
  <dcterms:created xsi:type="dcterms:W3CDTF">2013-12-23T23:15:00Z</dcterms:created>
  <dcterms:modified xsi:type="dcterms:W3CDTF">2026-09-07T07:38:00Z</dcterms:modified>
  <cp:category/>
</cp:coreProperties>
</file>